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Annual Family Q&amp;A</w:t>
      </w:r>
    </w:p>
    <w:p>
      <w:r>
        <w:t>Each year, ask your child the following questions—no prompting, no hints—and write down exactly what they say. Do this for each parent, record the date and their age, and save it to look back on year after year.</w:t>
      </w:r>
    </w:p>
    <w:p>
      <w:r>
        <w:t>Date: ___________________________</w:t>
      </w:r>
    </w:p>
    <w:p>
      <w:r>
        <w:t>Child’s Age: _____________________</w:t>
      </w:r>
    </w:p>
    <w:p>
      <w:r>
        <w:t>Parent: __________________________</w:t>
      </w:r>
    </w:p>
    <w:p>
      <w:r>
        <w:t>1. What is something I say a lot?</w:t>
      </w:r>
    </w:p>
    <w:p>
      <w:r>
        <w:t>Answer: ____________________________________________________________</w:t>
      </w:r>
    </w:p>
    <w:p>
      <w:r>
        <w:t xml:space="preserve">         ____________________________________________________________</w:t>
      </w:r>
    </w:p>
    <w:p/>
    <w:p>
      <w:r>
        <w:t>2. What makes me happy?</w:t>
      </w:r>
    </w:p>
    <w:p>
      <w:r>
        <w:t>Answer: ____________________________________________________________</w:t>
      </w:r>
    </w:p>
    <w:p>
      <w:r>
        <w:t xml:space="preserve">         ____________________________________________________________</w:t>
      </w:r>
    </w:p>
    <w:p/>
    <w:p>
      <w:r>
        <w:t>3. What makes me sad?</w:t>
      </w:r>
    </w:p>
    <w:p>
      <w:r>
        <w:t>Answer: ____________________________________________________________</w:t>
      </w:r>
    </w:p>
    <w:p>
      <w:r>
        <w:t xml:space="preserve">         ____________________________________________________________</w:t>
      </w:r>
    </w:p>
    <w:p/>
    <w:p>
      <w:r>
        <w:t>4. How tall am I?</w:t>
      </w:r>
    </w:p>
    <w:p>
      <w:r>
        <w:t>Answer: ____________________________________________________________</w:t>
      </w:r>
    </w:p>
    <w:p>
      <w:r>
        <w:t xml:space="preserve">         ____________________________________________________________</w:t>
      </w:r>
    </w:p>
    <w:p/>
    <w:p>
      <w:r>
        <w:t>5. What’s my favorite thing to do?</w:t>
      </w:r>
    </w:p>
    <w:p>
      <w:r>
        <w:t>Answer: ____________________________________________________________</w:t>
      </w:r>
    </w:p>
    <w:p>
      <w:r>
        <w:t xml:space="preserve">         ____________________________________________________________</w:t>
      </w:r>
    </w:p>
    <w:p/>
    <w:p>
      <w:r>
        <w:t>6. What is my favorite food?</w:t>
      </w:r>
    </w:p>
    <w:p>
      <w:r>
        <w:t>Answer: ____________________________________________________________</w:t>
      </w:r>
    </w:p>
    <w:p>
      <w:r>
        <w:t xml:space="preserve">         ____________________________________________________________</w:t>
      </w:r>
    </w:p>
    <w:p/>
    <w:p>
      <w:r>
        <w:t>7. What is my favorite drink?</w:t>
      </w:r>
    </w:p>
    <w:p>
      <w:r>
        <w:t>Answer: ____________________________________________________________</w:t>
      </w:r>
    </w:p>
    <w:p>
      <w:r>
        <w:t xml:space="preserve">         ____________________________________________________________</w:t>
      </w:r>
    </w:p>
    <w:p/>
    <w:p>
      <w:r>
        <w:t>8. What do I do for work?</w:t>
      </w:r>
    </w:p>
    <w:p>
      <w:r>
        <w:t>Answer: ____________________________________________________________</w:t>
      </w:r>
    </w:p>
    <w:p>
      <w:r>
        <w:t xml:space="preserve">         ____________________________________________________________</w:t>
      </w:r>
    </w:p>
    <w:p/>
    <w:p>
      <w:r>
        <w:t>9. What do you think I’m really good at?</w:t>
      </w:r>
    </w:p>
    <w:p>
      <w:r>
        <w:t>Answer: ____________________________________________________________</w:t>
      </w:r>
    </w:p>
    <w:p>
      <w:r>
        <w:t xml:space="preserve">         ____________________________________________________________</w:t>
      </w:r>
    </w:p>
    <w:p/>
    <w:p>
      <w:r>
        <w:t>10. If I were a superhero, what would my power be?</w:t>
      </w:r>
    </w:p>
    <w:p>
      <w:r>
        <w:t>Answer: ____________________________________________________________</w:t>
      </w:r>
    </w:p>
    <w:p>
      <w:r>
        <w:t xml:space="preserve">         ____________________________________________________________</w:t>
      </w:r>
    </w:p>
    <w:p/>
    <w:p>
      <w:r>
        <w:t>11. What’s one thing you love doing with me?</w:t>
      </w:r>
    </w:p>
    <w:p>
      <w:r>
        <w:t>Answer: ____________________________________________________________</w:t>
      </w:r>
    </w:p>
    <w:p>
      <w:r>
        <w:t xml:space="preserve">         ____________________________________________________________</w:t>
      </w:r>
    </w:p>
    <w:p/>
    <w:p>
      <w:r>
        <w:t>12. What do you think I wanted to be when I was your age?</w:t>
      </w:r>
    </w:p>
    <w:p>
      <w:r>
        <w:t>Answer: ____________________________________________________________</w:t>
      </w:r>
    </w:p>
    <w:p>
      <w:r>
        <w:t xml:space="preserve">         ____________________________________________________________</w:t>
      </w:r>
    </w:p>
    <w:p/>
    <w:p>
      <w:r>
        <w:t>13. What do I do when I’m tired?</w:t>
      </w:r>
    </w:p>
    <w:p>
      <w:r>
        <w:t>Answer: ____________________________________________________________</w:t>
      </w:r>
    </w:p>
    <w:p>
      <w:r>
        <w:t xml:space="preserve">         ____________________________________________________________</w:t>
      </w:r>
    </w:p>
    <w:p/>
    <w:p>
      <w:r>
        <w:t>14. What’s something I always help you with?</w:t>
      </w:r>
    </w:p>
    <w:p>
      <w:r>
        <w:t>Answer: ____________________________________________________________</w:t>
      </w:r>
    </w:p>
    <w:p>
      <w:r>
        <w:t xml:space="preserve">         ____________________________________________________________</w:t>
      </w:r>
    </w:p>
    <w:p/>
    <w:p>
      <w:r>
        <w:t>15. If I had a day off, what do you think I’d want to do?</w:t>
      </w:r>
    </w:p>
    <w:p>
      <w:r>
        <w:t>Answer: ____________________________________________________________</w:t>
      </w:r>
    </w:p>
    <w:p>
      <w:r>
        <w:t xml:space="preserve">         ____________________________________________________________</w:t>
      </w:r>
    </w:p>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